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</w:pPr>
      <w:r>
        <w:rPr>
          <w:rFonts w:ascii="Arial" w:hAnsi="Arial"/>
          <w:b/>
          <w:i w:val="0"/>
          <w:color w:val="1B4332"/>
          <w:sz w:val="48"/>
        </w:rPr>
        <w:t>FREE WARM HOME BOX</w:t>
      </w:r>
    </w:p>
    <w:p>
      <w:pPr>
        <w:spacing w:after="200"/>
      </w:pPr>
      <w:r>
        <w:rPr>
          <w:rFonts w:ascii="Arial" w:hAnsi="Arial"/>
          <w:b/>
          <w:i w:val="0"/>
          <w:color w:val="D44045"/>
          <w:sz w:val="22"/>
        </w:rPr>
        <w:t>Application for care experienced young people aged 17-21</w:t>
      </w:r>
    </w:p>
    <w:p>
      <w:pPr>
        <w:spacing w:after="200" w:line="276" w:lineRule="auto"/>
      </w:pPr>
      <w:r>
        <w:rPr>
          <w:rFonts w:ascii="Arial" w:hAnsi="Arial"/>
          <w:b w:val="0"/>
          <w:i w:val="0"/>
          <w:color w:val="1A1A18"/>
          <w:sz w:val="21"/>
        </w:rPr>
        <w:t>Each Warm Home Box contains around £160 worth of practical items designed to help make your home warmer, more comfortable and more energy efficient.</w:t>
      </w:r>
    </w:p>
    <w:p>
      <w:pPr>
        <w:keepNext/>
        <w:spacing w:before="200" w:after="120"/>
        <w:shd w:fill="D8F3DC"/>
      </w:pPr>
      <w:r>
        <w:rPr>
          <w:rFonts w:ascii="Arial" w:hAnsi="Arial"/>
          <w:b/>
          <w:i w:val="0"/>
          <w:color w:val="1B4332"/>
          <w:sz w:val="24"/>
        </w:rPr>
        <w:t xml:space="preserve">  1. Your details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40"/>
        <w:gridCol w:w="5040"/>
      </w:tblGrid>
      <w:tr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Full name</w:t>
            </w:r>
          </w:p>
          <w:p>
            <w:pPr>
              <w:spacing w:after="100"/>
            </w:pPr>
            <w:sdt>
              <w:sdtPr>
                <w:tag w:val="FULL_NAME"/>
                <w:alias w:val="FULL_NAME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Date of birth (DD/MM/YYYY)</w:t>
            </w:r>
          </w:p>
          <w:p>
            <w:pPr>
              <w:spacing w:after="100"/>
            </w:pPr>
            <w:sdt>
              <w:sdtPr>
                <w:tag w:val="DATE_OF_BIRTH"/>
                <w:alias w:val="DATE_OF_BIRTH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DD/MM/YYYY</w:t>
                </w:r>
              </w:sdtContent>
            </w:sdt>
          </w:p>
        </w:tc>
      </w:tr>
      <w:tr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Age</w:t>
            </w:r>
          </w:p>
          <w:p>
            <w:pPr>
              <w:spacing w:after="100"/>
            </w:pPr>
            <w:sdt>
              <w:sdtPr>
                <w:tag w:val="AGE"/>
                <w:alias w:val="AGE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Mobile number</w:t>
            </w:r>
          </w:p>
          <w:p>
            <w:pPr>
              <w:spacing w:after="100"/>
            </w:pPr>
            <w:sdt>
              <w:sdtPr>
                <w:tag w:val="MOBILE_NUMBER"/>
                <w:alias w:val="MOBILE_NUMBER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</w:tr>
      <w:tr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Email address</w:t>
            </w:r>
          </w:p>
          <w:p>
            <w:pPr>
              <w:spacing w:after="100"/>
            </w:pPr>
            <w:sdt>
              <w:sdtPr>
                <w:tag w:val="EMAIL_ADDRESS"/>
                <w:alias w:val="EMAIL_ADDRESS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Postcode</w:t>
            </w:r>
          </w:p>
          <w:p>
            <w:pPr>
              <w:spacing w:after="100"/>
            </w:pPr>
            <w:sdt>
              <w:sdtPr>
                <w:tag w:val="POSTCODE"/>
                <w:alias w:val="POSTCODE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</w:tr>
    </w:tbl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Home address</w:t>
            </w:r>
          </w:p>
          <w:p>
            <w:pPr>
              <w:spacing w:after="280"/>
            </w:pPr>
            <w:sdt>
              <w:sdtPr>
                <w:tag w:val="HOME_ADDRESS"/>
                <w:alias w:val="HOME_ADDRESS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</w:tr>
    </w:tbl>
    <w:p>
      <w:pPr>
        <w:keepNext/>
        <w:spacing w:before="200" w:after="120"/>
        <w:shd w:fill="D8F3DC"/>
      </w:pPr>
      <w:r>
        <w:rPr>
          <w:rFonts w:ascii="Arial" w:hAnsi="Arial"/>
          <w:b/>
          <w:i w:val="0"/>
          <w:color w:val="1B4332"/>
          <w:sz w:val="24"/>
        </w:rPr>
        <w:t xml:space="preserve">  2. Eligibility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600"/>
        <w:gridCol w:w="2480"/>
      </w:tblGrid>
      <w:tr>
        <w:tc>
          <w:tcPr>
            <w:tcW w:type="dxa" w:w="760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spacing w:after="60"/>
            </w:pP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Are you care experienced?</w:t>
            </w:r>
          </w:p>
        </w:tc>
        <w:tc>
          <w:tcPr>
            <w:tcW w:type="dxa" w:w="24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jc w:val="center"/>
            </w:pPr>
            <w:sdt>
              <w:sdtPr>
                <w:tag w:val="CARE_EXPERIENCED"/>
                <w:alias w:val="CARE_EXPERIENCED"/>
                <w:text/>
              </w:sdtPr>
              <w:sdtContent>
                <w:r>
                  <w:rPr>
                    <w:rFonts w:ascii="Arial" w:hAnsi="Arial"/>
                    <w:b/>
                    <w:i w:val="0"/>
                    <w:color w:val="1B4332"/>
                    <w:sz w:val="19"/>
                  </w:rPr>
                  <w:t>Yes / No</w:t>
                </w:r>
              </w:sdtContent>
            </w:sdt>
          </w:p>
        </w:tc>
      </w:tr>
    </w:tbl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600"/>
        <w:gridCol w:w="2480"/>
      </w:tblGrid>
      <w:tr>
        <w:tc>
          <w:tcPr>
            <w:tcW w:type="dxa" w:w="760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spacing w:after="60"/>
            </w:pP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Are you aged 17-21?</w:t>
            </w:r>
          </w:p>
        </w:tc>
        <w:tc>
          <w:tcPr>
            <w:tcW w:type="dxa" w:w="24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jc w:val="center"/>
            </w:pPr>
            <w:sdt>
              <w:sdtPr>
                <w:tag w:val="AGED_17_21"/>
                <w:alias w:val="AGED_17_21"/>
                <w:text/>
              </w:sdtPr>
              <w:sdtContent>
                <w:r>
                  <w:rPr>
                    <w:rFonts w:ascii="Arial" w:hAnsi="Arial"/>
                    <w:b/>
                    <w:i w:val="0"/>
                    <w:color w:val="1B4332"/>
                    <w:sz w:val="19"/>
                  </w:rPr>
                  <w:t>Yes / No</w:t>
                </w:r>
              </w:sdtContent>
            </w:sdt>
          </w:p>
        </w:tc>
      </w:tr>
    </w:tbl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600"/>
        <w:gridCol w:w="2480"/>
      </w:tblGrid>
      <w:tr>
        <w:tc>
          <w:tcPr>
            <w:tcW w:type="dxa" w:w="760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spacing w:after="60"/>
            </w:pP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Are you living independently or preparing for independent living?</w:t>
            </w:r>
          </w:p>
        </w:tc>
        <w:tc>
          <w:tcPr>
            <w:tcW w:type="dxa" w:w="24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jc w:val="center"/>
            </w:pPr>
            <w:sdt>
              <w:sdtPr>
                <w:tag w:val="INDEPENDENT_LIVING"/>
                <w:alias w:val="INDEPENDENT_LIVING"/>
                <w:text/>
              </w:sdtPr>
              <w:sdtContent>
                <w:r>
                  <w:rPr>
                    <w:rFonts w:ascii="Arial" w:hAnsi="Arial"/>
                    <w:b/>
                    <w:i w:val="0"/>
                    <w:color w:val="1B4332"/>
                    <w:sz w:val="19"/>
                  </w:rPr>
                  <w:t>Yes / No</w:t>
                </w:r>
              </w:sdtContent>
            </w:sdt>
          </w:p>
        </w:tc>
      </w:tr>
    </w:tbl>
    <w:p>
      <w:pPr>
        <w:keepNext/>
        <w:spacing w:before="200" w:after="120"/>
        <w:shd w:fill="D8F3DC"/>
      </w:pPr>
      <w:r>
        <w:rPr>
          <w:rFonts w:ascii="Arial" w:hAnsi="Arial"/>
          <w:b/>
          <w:i w:val="0"/>
          <w:color w:val="1B4332"/>
          <w:sz w:val="24"/>
        </w:rPr>
        <w:t xml:space="preserve">  3. How would you like to receive your box?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600"/>
        <w:gridCol w:w="2480"/>
      </w:tblGrid>
      <w:tr>
        <w:tc>
          <w:tcPr>
            <w:tcW w:type="dxa" w:w="760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spacing w:after="60"/>
            </w:pP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Choose delivery or collection from the VFCC office.</w:t>
            </w:r>
          </w:p>
        </w:tc>
        <w:tc>
          <w:tcPr>
            <w:tcW w:type="dxa" w:w="24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  <w:vAlign w:val="center"/>
          </w:tcPr>
          <w:p>
            <w:pPr>
              <w:jc w:val="center"/>
            </w:pPr>
            <w:sdt>
              <w:sdtPr>
                <w:tag w:val="DELIVERY_OR_COLLECTION"/>
                <w:alias w:val="DELIVERY_OR_COLLECTION"/>
                <w:text/>
              </w:sdtPr>
              <w:sdtContent>
                <w:r>
                  <w:rPr>
                    <w:rFonts w:ascii="Arial" w:hAnsi="Arial"/>
                    <w:b/>
                    <w:i w:val="0"/>
                    <w:color w:val="1B4332"/>
                    <w:sz w:val="19"/>
                  </w:rPr>
                  <w:t>Delivery / Collection</w:t>
                </w:r>
              </w:sdtContent>
            </w:sdt>
          </w:p>
        </w:tc>
      </w:tr>
    </w:tbl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Delivery address (only if different from your home address)</w:t>
            </w:r>
          </w:p>
          <w:p>
            <w:pPr>
              <w:spacing w:after="280"/>
            </w:pPr>
            <w:sdt>
              <w:sdtPr>
                <w:tag w:val="DELIVERY_ADDRESS"/>
                <w:alias w:val="DELIVERY_ADDRESS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</w:tr>
    </w:tbl>
    <w:p>
      <w:pPr>
        <w:spacing w:before="60"/>
      </w:pPr>
      <w:r>
        <w:rPr>
          <w:rFonts w:ascii="Arial" w:hAnsi="Arial"/>
          <w:b w:val="0"/>
          <w:i w:val="0"/>
          <w:color w:val="5C5C56"/>
          <w:sz w:val="17"/>
        </w:rPr>
        <w:t>Collection address: Voices From Care Cymru, 45 The Parade, Roath, Cardiff CF24 3AB</w:t>
      </w:r>
    </w:p>
    <w:p>
      <w:r>
        <w:br w:type="page"/>
      </w:r>
    </w:p>
    <w:p>
      <w:pPr>
        <w:keepNext/>
        <w:spacing w:before="200" w:after="120"/>
        <w:shd w:fill="D8F3DC"/>
      </w:pPr>
      <w:r>
        <w:rPr>
          <w:rFonts w:ascii="Arial" w:hAnsi="Arial"/>
          <w:b/>
          <w:i w:val="0"/>
          <w:color w:val="1B4332"/>
          <w:sz w:val="24"/>
        </w:rPr>
        <w:t xml:space="preserve">  4. What's included</w:t>
      </w:r>
    </w:p>
    <w:p>
      <w:r>
        <w:rPr>
          <w:rFonts w:ascii="Arial" w:hAnsi="Arial"/>
          <w:b w:val="0"/>
          <w:i w:val="0"/>
          <w:color w:val="1A1A18"/>
          <w:sz w:val="20"/>
        </w:rPr>
        <w:t>A Warm Home Box includes the following practical items: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40"/>
        <w:gridCol w:w="5040"/>
      </w:tblGrid>
      <w:tr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D6A4F"/>
                <w:sz w:val="20"/>
              </w:rPr>
              <w:t xml:space="preserve">✓  </w:t>
            </w: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Radiator key</w:t>
            </w:r>
          </w:p>
        </w:tc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D6A4F"/>
                <w:sz w:val="20"/>
              </w:rPr>
              <w:t xml:space="preserve">✓  </w:t>
            </w: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Weighted blanket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D6A4F"/>
                <w:sz w:val="20"/>
              </w:rPr>
              <w:t xml:space="preserve">✓  </w:t>
            </w: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Thermal curtains and curtain poles</w:t>
            </w:r>
          </w:p>
        </w:tc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D6A4F"/>
                <w:sz w:val="20"/>
              </w:rPr>
              <w:t xml:space="preserve">✓  </w:t>
            </w: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Draught excluders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D6A4F"/>
                <w:sz w:val="20"/>
              </w:rPr>
              <w:t xml:space="preserve">✓  </w:t>
            </w: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Window seals</w:t>
            </w:r>
          </w:p>
        </w:tc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D6A4F"/>
                <w:sz w:val="20"/>
              </w:rPr>
              <w:t xml:space="preserve">✓  </w:t>
            </w: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Radiator insulation sheets</w:t>
            </w:r>
          </w:p>
        </w:tc>
      </w:tr>
      <w:tr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D6A4F"/>
                <w:sz w:val="20"/>
              </w:rPr>
              <w:t xml:space="preserve">✓  </w:t>
            </w:r>
            <w:r>
              <w:rPr>
                <w:rFonts w:ascii="Arial" w:hAnsi="Arial"/>
                <w:b w:val="0"/>
                <w:i w:val="0"/>
                <w:color w:val="1A1A18"/>
                <w:sz w:val="19"/>
              </w:rPr>
              <w:t>Information leaflet</w:t>
            </w:r>
          </w:p>
        </w:tc>
        <w:tc>
          <w:tcPr>
            <w:tcW w:type="dxa" w:w="504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4" w:color="D8F3DC"/>
              <w:left w:val="single" w:sz="4" w:color="D8F3DC"/>
              <w:bottom w:val="single" w:sz="4" w:color="D8F3DC"/>
              <w:right w:val="single" w:sz="4" w:color="D8F3DC"/>
              <w:insideH w:val="single" w:sz="4" w:color="D8F3DC"/>
              <w:insideV w:val="single" w:sz="4" w:color="D8F3DC"/>
            </w:tcBorders>
            <w:vAlign w:val="center"/>
          </w:tcPr>
          <w:p>
            <w:pPr>
              <w:spacing w:after="40"/>
            </w:pPr>
          </w:p>
        </w:tc>
      </w:tr>
    </w:tbl>
    <w:p>
      <w:pPr>
        <w:keepNext/>
        <w:spacing w:before="200" w:after="120"/>
        <w:shd w:fill="D8F3DC"/>
      </w:pPr>
      <w:r>
        <w:rPr>
          <w:rFonts w:ascii="Arial" w:hAnsi="Arial"/>
          <w:b/>
          <w:i w:val="0"/>
          <w:color w:val="1B4332"/>
          <w:sz w:val="24"/>
        </w:rPr>
        <w:t xml:space="preserve">  5. Tell us briefly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How would a Warm Home Box help you in your home or as you prepare for independent living?</w:t>
            </w:r>
          </w:p>
          <w:p>
            <w:pPr>
              <w:spacing w:after="1260"/>
            </w:pPr>
            <w:sdt>
              <w:sdtPr>
                <w:tag w:val="HOW_BOX_WILL_HELP"/>
                <w:alias w:val="HOW_BOX_WILL_HELP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</w:tr>
    </w:tbl>
    <w:p>
      <w:pPr>
        <w:keepNext/>
        <w:spacing w:before="200" w:after="120"/>
        <w:shd w:fill="D8F3DC"/>
      </w:pPr>
      <w:r>
        <w:rPr>
          <w:rFonts w:ascii="Arial" w:hAnsi="Arial"/>
          <w:b/>
          <w:i w:val="0"/>
          <w:color w:val="1B4332"/>
          <w:sz w:val="24"/>
        </w:rPr>
        <w:t xml:space="preserve">  6. Declaration</w:t>
      </w:r>
    </w:p>
    <w:p>
      <w:pPr>
        <w:spacing w:line="276" w:lineRule="auto"/>
      </w:pPr>
      <w:r>
        <w:rPr>
          <w:rFonts w:ascii="Arial" w:hAnsi="Arial"/>
          <w:b w:val="0"/>
          <w:i w:val="0"/>
          <w:color w:val="1A1A18"/>
          <w:sz w:val="19"/>
        </w:rPr>
        <w:t>I confirm that the information I have provided is correct. I understand that boxes are limited and submitting this form does not automatically guarantee a box. I am happy for Voices From Care Cymru to contact me about this application.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40"/>
        <w:gridCol w:w="5040"/>
      </w:tblGrid>
      <w:tr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Signature (type your name or sign after printing)</w:t>
            </w:r>
          </w:p>
          <w:p>
            <w:pPr>
              <w:spacing w:after="100"/>
            </w:pPr>
            <w:sdt>
              <w:sdtPr>
                <w:tag w:val="SIGNATURE"/>
                <w:alias w:val="SIGNATURE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Click or tap here to type</w:t>
                </w:r>
              </w:sdtContent>
            </w:sdt>
          </w:p>
        </w:tc>
        <w:tc>
          <w:tcPr>
            <w:tcW w:type="dxa" w:w="5040"/>
            <w:vAlign w:val="center"/>
            <w:tcBorders>
              <w:top w:val="single" w:sz="6" w:color="D1D0CB"/>
              <w:left w:val="single" w:sz="6" w:color="D1D0CB"/>
              <w:bottom w:val="single" w:sz="6" w:color="D1D0CB"/>
              <w:right w:val="single" w:sz="6" w:color="D1D0CB"/>
              <w:insideH w:val="single" w:sz="6" w:color="D1D0CB"/>
              <w:insideV w:val="single" w:sz="6" w:color="D1D0CB"/>
            </w:tcBorders>
            <w:shd w:fill="F7F7F4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C5C56"/>
                <w:sz w:val="17"/>
              </w:rPr>
              <w:t>Date (DD/MM/YYYY)</w:t>
            </w:r>
          </w:p>
          <w:p>
            <w:pPr>
              <w:spacing w:after="100"/>
            </w:pPr>
            <w:sdt>
              <w:sdtPr>
                <w:tag w:val="SIGNATURE_DATE"/>
                <w:alias w:val="SIGNATURE_DATE"/>
                <w:text/>
              </w:sdtPr>
              <w:sdtContent>
                <w:r>
                  <w:rPr>
                    <w:rFonts w:ascii="Arial" w:hAnsi="Arial"/>
                    <w:b w:val="0"/>
                    <w:i w:val="0"/>
                    <w:color w:val="1A1A18"/>
                    <w:sz w:val="20"/>
                  </w:rPr>
                  <w:t>DD/MM/YYYY</w:t>
                </w:r>
              </w:sdtContent>
            </w:sdt>
          </w:p>
        </w:tc>
      </w:tr>
    </w:tbl>
    <w:p>
      <w:pPr>
        <w:keepNext/>
        <w:spacing w:before="200" w:after="120"/>
        <w:shd w:fill="D8F3DC"/>
      </w:pPr>
      <w:r>
        <w:rPr>
          <w:rFonts w:ascii="Arial" w:hAnsi="Arial"/>
          <w:b/>
          <w:i w:val="0"/>
          <w:color w:val="1B4332"/>
          <w:sz w:val="24"/>
        </w:rPr>
        <w:t xml:space="preserve">  Return your form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00" w:type="dxa"/>
              <w:bottom w:w="100" w:type="dxa"/>
              <w:start w:w="120" w:type="dxa"/>
              <w:end w:w="120" w:type="dxa"/>
            </w:tcMar>
            <w:tcBorders>
              <w:top w:val="single" w:sz="8" w:color="FEF0E6"/>
              <w:left w:val="single" w:sz="8" w:color="FEF0E6"/>
              <w:bottom w:val="single" w:sz="8" w:color="FEF0E6"/>
              <w:right w:val="single" w:sz="8" w:color="FEF0E6"/>
              <w:insideH w:val="single" w:sz="8" w:color="FEF0E6"/>
              <w:insideV w:val="single" w:sz="8" w:color="FEF0E6"/>
            </w:tcBorders>
            <w:shd w:fill="FEF0E6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A1A18"/>
                <w:sz w:val="20"/>
              </w:rPr>
              <w:t>Email your completed form or ask a question: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D44045"/>
                <w:sz w:val="24"/>
              </w:rPr>
              <w:t>martin.harding@vfcc.org.uk</w:t>
            </w:r>
          </w:p>
          <w:p>
            <w:r>
              <w:rPr>
                <w:rFonts w:ascii="Arial" w:hAnsi="Arial"/>
                <w:b w:val="0"/>
                <w:i w:val="0"/>
                <w:color w:val="5C5C56"/>
                <w:sz w:val="17"/>
              </w:rPr>
              <w:t>Voices From Care Cymru  |  45 The Parade, Roath, Cardiff CF24 3AB  |  www.vfcc.org.uk</w:t>
            </w:r>
          </w:p>
        </w:tc>
      </w:tr>
    </w:tbl>
    <w:sectPr w:rsidR="00FC693F" w:rsidRPr="0006063C" w:rsidSect="00034616">
      <w:footerReference w:type="default" r:id="rId9"/>
      <w:pgSz w:w="11909" w:h="16834"/>
      <w:pgMar w:top="792" w:right="914" w:bottom="792" w:left="914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/>
        <w:b w:val="0"/>
        <w:i w:val="0"/>
        <w:color w:val="5C5C56"/>
        <w:sz w:val="16"/>
      </w:rPr>
      <w:t xml:space="preserve">Voices From Care Cymru  |  Page </w:t>
    </w:r>
    <w:fldSimple w:instr="PAGE"/>
    <w:r>
      <w:rPr>
        <w:rFonts w:ascii="Arial" w:hAnsi="Arial"/>
        <w:b w:val="0"/>
        <w:i w:val="0"/>
        <w:color w:val="5C5C56"/>
        <w:sz w:val="16"/>
      </w:rPr>
      <w:t xml:space="preserve"> of 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</w:pPr>
    <w:rPr>
      <w:rFonts w:ascii="Arial" w:hAnsi="Arial"/>
      <w:color w:val="1A1A18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Warm Home Box application form</dc:title>
  <dc:subject>Application for the free Warm Home Box programme</dc:subject>
  <dc:creator>Voices From Care Cymru</dc:creator>
  <cp:keywords>Warm Home Box, care experienced, application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